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DBF" w:rsidRPr="00E430BF" w:rsidRDefault="00AC622B" w:rsidP="005B27D8">
      <w:pPr>
        <w:pStyle w:val="1"/>
        <w:jc w:val="center"/>
        <w:rPr>
          <w:rFonts w:ascii="나눔고딕OTF" w:eastAsia="나눔고딕OTF" w:hAnsi="나눔고딕OTF"/>
          <w:color w:val="002060"/>
          <w:lang w:eastAsia="ko-KR"/>
        </w:rPr>
      </w:pPr>
      <w:r>
        <w:rPr>
          <w:rFonts w:ascii="나눔고딕OTF" w:eastAsia="나눔고딕OTF" w:hAnsi="나눔고딕OTF" w:hint="eastAsia"/>
          <w:color w:val="002060"/>
          <w:lang w:eastAsia="ko-KR"/>
        </w:rPr>
        <w:t>2</w:t>
      </w:r>
      <w:r>
        <w:rPr>
          <w:rFonts w:ascii="나눔고딕OTF" w:eastAsia="나눔고딕OTF" w:hAnsi="나눔고딕OTF"/>
          <w:color w:val="002060"/>
          <w:lang w:eastAsia="ko-KR"/>
        </w:rPr>
        <w:t xml:space="preserve">025 </w:t>
      </w:r>
      <w:proofErr w:type="spellStart"/>
      <w:r w:rsidR="005B27D8">
        <w:rPr>
          <w:rFonts w:ascii="나눔고딕OTF" w:eastAsia="나눔고딕OTF" w:hAnsi="나눔고딕OTF" w:hint="eastAsia"/>
          <w:color w:val="002060"/>
          <w:lang w:eastAsia="ko-KR"/>
        </w:rPr>
        <w:t>태재미래전략연구원</w:t>
      </w:r>
      <w:proofErr w:type="spellEnd"/>
      <w:r w:rsidR="005B27D8">
        <w:rPr>
          <w:rFonts w:ascii="나눔고딕OTF" w:eastAsia="나눔고딕OTF" w:hAnsi="나눔고딕OTF" w:hint="eastAsia"/>
          <w:color w:val="002060"/>
          <w:lang w:eastAsia="ko-KR"/>
        </w:rPr>
        <w:t xml:space="preserve"> </w:t>
      </w:r>
      <w:proofErr w:type="spellStart"/>
      <w:r>
        <w:rPr>
          <w:rFonts w:ascii="나눔고딕OTF" w:eastAsia="나눔고딕OTF" w:hAnsi="나눔고딕OTF" w:hint="eastAsia"/>
          <w:color w:val="002060"/>
          <w:lang w:eastAsia="ko-KR"/>
        </w:rPr>
        <w:t>채용연계형</w:t>
      </w:r>
      <w:proofErr w:type="spellEnd"/>
      <w:r>
        <w:rPr>
          <w:rFonts w:ascii="나눔고딕OTF" w:eastAsia="나눔고딕OTF" w:hAnsi="나눔고딕OTF" w:hint="eastAsia"/>
          <w:color w:val="002060"/>
          <w:lang w:eastAsia="ko-KR"/>
        </w:rPr>
        <w:t xml:space="preserve"> </w:t>
      </w:r>
      <w:r w:rsidR="005B27D8">
        <w:rPr>
          <w:rFonts w:ascii="나눔고딕OTF" w:eastAsia="나눔고딕OTF" w:hAnsi="나눔고딕OTF" w:hint="eastAsia"/>
          <w:color w:val="002060"/>
          <w:lang w:eastAsia="ko-KR"/>
        </w:rPr>
        <w:t xml:space="preserve">에세이 </w:t>
      </w:r>
      <w:r w:rsidR="00473B3F" w:rsidRPr="00E430BF">
        <w:rPr>
          <w:rFonts w:ascii="나눔고딕OTF" w:eastAsia="나눔고딕OTF" w:hAnsi="나눔고딕OTF"/>
          <w:color w:val="002060"/>
          <w:lang w:eastAsia="ko-KR"/>
        </w:rPr>
        <w:t>공모전 참가신청서</w:t>
      </w:r>
      <w:bookmarkStart w:id="0" w:name="_GoBack"/>
      <w:bookmarkEnd w:id="0"/>
    </w:p>
    <w:p w:rsidR="00CD060B" w:rsidRPr="005F4EAD" w:rsidRDefault="00CD060B" w:rsidP="00CD060B">
      <w:pPr>
        <w:rPr>
          <w:rFonts w:ascii="나눔고딕OTF" w:eastAsia="나눔고딕OTF" w:hAnsi="나눔고딕OTF"/>
          <w:lang w:eastAsia="ko-KR"/>
        </w:rPr>
      </w:pPr>
    </w:p>
    <w:p w:rsidR="00992DBF" w:rsidRPr="00E430BF" w:rsidRDefault="00473B3F">
      <w:pPr>
        <w:pStyle w:val="21"/>
        <w:rPr>
          <w:rFonts w:ascii="나눔고딕OTF" w:eastAsia="나눔고딕OTF" w:hAnsi="나눔고딕OTF"/>
          <w:color w:val="002060"/>
          <w:lang w:eastAsia="ko-KR"/>
        </w:rPr>
      </w:pPr>
      <w:r w:rsidRPr="00E430BF">
        <w:rPr>
          <w:rFonts w:ascii="나눔고딕OTF" w:eastAsia="나눔고딕OTF" w:hAnsi="나눔고딕OTF"/>
          <w:color w:val="002060"/>
          <w:lang w:eastAsia="ko-KR"/>
        </w:rPr>
        <w:t>기본 정보</w:t>
      </w:r>
    </w:p>
    <w:p w:rsidR="00992DBF" w:rsidRPr="005F4EAD" w:rsidRDefault="00473B3F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- 이름: ___________________________</w:t>
      </w:r>
      <w:r w:rsidR="00566A1D">
        <w:rPr>
          <w:rFonts w:ascii="나눔고딕OTF" w:eastAsia="나눔고딕OTF" w:hAnsi="나눔고딕OTF"/>
          <w:lang w:eastAsia="ko-KR"/>
        </w:rPr>
        <w:t xml:space="preserve">                        </w:t>
      </w:r>
      <w:r w:rsidR="00566A1D" w:rsidRPr="005F4EAD">
        <w:rPr>
          <w:rFonts w:ascii="나눔고딕OTF" w:eastAsia="나눔고딕OTF" w:hAnsi="나눔고딕OTF"/>
          <w:lang w:eastAsia="ko-KR"/>
        </w:rPr>
        <w:t>- 성별: __</w:t>
      </w:r>
      <w:r w:rsidR="00566A1D">
        <w:rPr>
          <w:rFonts w:ascii="나눔고딕OTF" w:eastAsia="나눔고딕OTF" w:hAnsi="나눔고딕OTF"/>
          <w:lang w:eastAsia="ko-KR"/>
        </w:rPr>
        <w:t xml:space="preserve"> </w:t>
      </w:r>
      <w:r w:rsidR="00566A1D" w:rsidRPr="005F4EAD">
        <w:rPr>
          <w:rFonts w:ascii="나눔고딕OTF" w:eastAsia="나눔고딕OTF" w:hAnsi="나눔고딕OTF"/>
          <w:lang w:eastAsia="ko-KR"/>
        </w:rPr>
        <w:t>남 __여</w:t>
      </w:r>
    </w:p>
    <w:p w:rsidR="00992DBF" w:rsidRPr="005F4EAD" w:rsidRDefault="00473B3F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- 생년월일</w:t>
      </w:r>
      <w:r w:rsidR="00AC622B">
        <w:rPr>
          <w:rFonts w:ascii="나눔고딕OTF" w:eastAsia="나눔고딕OTF" w:hAnsi="나눔고딕OTF"/>
          <w:lang w:eastAsia="ko-KR"/>
        </w:rPr>
        <w:t xml:space="preserve">: _______________ </w:t>
      </w:r>
      <w:r w:rsidR="001B6F94">
        <w:rPr>
          <w:rFonts w:ascii="나눔고딕OTF" w:eastAsia="나눔고딕OTF" w:hAnsi="나눔고딕OTF"/>
          <w:lang w:eastAsia="ko-KR"/>
        </w:rPr>
        <w:t xml:space="preserve">        </w:t>
      </w:r>
      <w:r w:rsidR="00566A1D">
        <w:rPr>
          <w:rFonts w:ascii="나눔고딕OTF" w:eastAsia="나눔고딕OTF" w:hAnsi="나눔고딕OTF"/>
          <w:lang w:eastAsia="ko-KR"/>
        </w:rPr>
        <w:t xml:space="preserve">    </w:t>
      </w:r>
      <w:r w:rsidRPr="005F4EAD">
        <w:rPr>
          <w:rFonts w:ascii="나눔고딕OTF" w:eastAsia="나눔고딕OTF" w:hAnsi="나눔고딕OTF"/>
          <w:lang w:eastAsia="ko-KR"/>
        </w:rPr>
        <w:t>- 연락처: ________________________</w:t>
      </w:r>
    </w:p>
    <w:p w:rsidR="00E430BF" w:rsidRDefault="00473B3F" w:rsidP="00F42819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- 이메일: _________________________</w:t>
      </w:r>
      <w:r w:rsidR="00566A1D">
        <w:rPr>
          <w:rFonts w:ascii="나눔고딕OTF" w:eastAsia="나눔고딕OTF" w:hAnsi="나눔고딕OTF" w:hint="eastAsia"/>
          <w:lang w:eastAsia="ko-KR"/>
        </w:rPr>
        <w:t xml:space="preserve"> </w:t>
      </w:r>
      <w:r w:rsidR="00566A1D">
        <w:rPr>
          <w:rFonts w:ascii="나눔고딕OTF" w:eastAsia="나눔고딕OTF" w:hAnsi="나눔고딕OTF"/>
          <w:lang w:eastAsia="ko-KR"/>
        </w:rPr>
        <w:t xml:space="preserve">                       </w:t>
      </w:r>
    </w:p>
    <w:p w:rsidR="00F42819" w:rsidRDefault="00F42819" w:rsidP="00F42819">
      <w:pPr>
        <w:rPr>
          <w:rFonts w:ascii="나눔고딕OTF" w:eastAsia="나눔고딕OTF" w:hAnsi="나눔고딕OTF" w:hint="eastAsia"/>
          <w:lang w:eastAsia="ko-KR"/>
        </w:rPr>
      </w:pPr>
    </w:p>
    <w:p w:rsidR="00992DBF" w:rsidRPr="00E430BF" w:rsidRDefault="00473B3F">
      <w:pPr>
        <w:pStyle w:val="21"/>
        <w:rPr>
          <w:rFonts w:ascii="나눔고딕OTF" w:eastAsia="나눔고딕OTF" w:hAnsi="나눔고딕OTF"/>
          <w:color w:val="002060"/>
          <w:lang w:eastAsia="ko-KR"/>
        </w:rPr>
      </w:pPr>
      <w:r w:rsidRPr="00E430BF">
        <w:rPr>
          <w:rFonts w:ascii="나눔고딕OTF" w:eastAsia="나눔고딕OTF" w:hAnsi="나눔고딕OTF"/>
          <w:color w:val="002060"/>
          <w:lang w:eastAsia="ko-KR"/>
        </w:rPr>
        <w:t>공모전 참여 정보</w:t>
      </w:r>
    </w:p>
    <w:p w:rsidR="00992DBF" w:rsidRPr="005F4EAD" w:rsidRDefault="00473B3F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- 공모전 주제</w:t>
      </w:r>
      <w:r w:rsidR="00E430BF">
        <w:rPr>
          <w:rFonts w:ascii="나눔고딕OTF" w:eastAsia="나눔고딕OTF" w:hAnsi="나눔고딕OTF" w:hint="eastAsia"/>
          <w:lang w:eastAsia="ko-KR"/>
        </w:rPr>
        <w:t xml:space="preserve"> </w:t>
      </w:r>
      <w:r w:rsidR="00E430BF">
        <w:rPr>
          <w:rFonts w:ascii="나눔고딕OTF" w:eastAsia="나눔고딕OTF" w:hAnsi="나눔고딕OTF"/>
          <w:lang w:eastAsia="ko-KR"/>
        </w:rPr>
        <w:t>(2</w:t>
      </w:r>
      <w:r w:rsidR="00E430BF">
        <w:rPr>
          <w:rFonts w:ascii="나눔고딕OTF" w:eastAsia="나눔고딕OTF" w:hAnsi="나눔고딕OTF" w:hint="eastAsia"/>
          <w:lang w:eastAsia="ko-KR"/>
        </w:rPr>
        <w:t xml:space="preserve">가지 주제 </w:t>
      </w:r>
      <w:proofErr w:type="gramStart"/>
      <w:r w:rsidR="00E430BF">
        <w:rPr>
          <w:rFonts w:ascii="나눔고딕OTF" w:eastAsia="나눔고딕OTF" w:hAnsi="나눔고딕OTF" w:hint="eastAsia"/>
          <w:lang w:eastAsia="ko-KR"/>
        </w:rPr>
        <w:t xml:space="preserve">중  </w:t>
      </w:r>
      <w:proofErr w:type="spellStart"/>
      <w:r w:rsidR="00E430BF">
        <w:rPr>
          <w:rFonts w:ascii="나눔고딕OTF" w:eastAsia="나눔고딕OTF" w:hAnsi="나눔고딕OTF" w:hint="eastAsia"/>
          <w:lang w:eastAsia="ko-KR"/>
        </w:rPr>
        <w:t>택</w:t>
      </w:r>
      <w:proofErr w:type="spellEnd"/>
      <w:r w:rsidR="00E430BF">
        <w:rPr>
          <w:rFonts w:ascii="나눔고딕OTF" w:eastAsia="나눔고딕OTF" w:hAnsi="나눔고딕OTF" w:hint="eastAsia"/>
          <w:lang w:eastAsia="ko-KR"/>
        </w:rPr>
        <w:t>1</w:t>
      </w:r>
      <w:proofErr w:type="gramEnd"/>
      <w:r w:rsidR="00E430BF">
        <w:rPr>
          <w:rFonts w:ascii="나눔고딕OTF" w:eastAsia="나눔고딕OTF" w:hAnsi="나눔고딕OTF"/>
          <w:lang w:eastAsia="ko-KR"/>
        </w:rPr>
        <w:t>)</w:t>
      </w:r>
    </w:p>
    <w:p w:rsidR="00992DBF" w:rsidRPr="005F4EAD" w:rsidRDefault="00473B3F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 xml:space="preserve">  </w:t>
      </w:r>
      <w:r w:rsidR="0014436B" w:rsidRPr="005F4EAD">
        <w:rPr>
          <w:rFonts w:ascii="나눔고딕OTF" w:eastAsia="나눔고딕OTF" w:hAnsi="나눔고딕OTF"/>
          <w:lang w:eastAsia="ko-KR"/>
        </w:rPr>
        <w:t>__</w:t>
      </w:r>
      <w:r w:rsidRPr="005F4EAD">
        <w:rPr>
          <w:rFonts w:ascii="나눔고딕OTF" w:eastAsia="나눔고딕OTF" w:hAnsi="나눔고딕OTF"/>
          <w:lang w:eastAsia="ko-KR"/>
        </w:rPr>
        <w:t xml:space="preserve"> </w:t>
      </w:r>
      <w:r w:rsidRPr="005F4EAD">
        <w:rPr>
          <w:rFonts w:ascii="나눔고딕OTF" w:eastAsia="나눔고딕OTF" w:hAnsi="나눔고딕OTF" w:cs="나눔고딕OTF" w:hint="eastAsia"/>
          <w:lang w:eastAsia="ko-KR"/>
        </w:rPr>
        <w:t>“</w:t>
      </w:r>
      <w:r w:rsidRPr="005F4EAD">
        <w:rPr>
          <w:rFonts w:ascii="나눔고딕OTF" w:eastAsia="나눔고딕OTF" w:hAnsi="나눔고딕OTF"/>
          <w:lang w:eastAsia="ko-KR"/>
        </w:rPr>
        <w:t>한국이 글로벌 문제 해결을 선도하는 국가로 자리 잡기 위해 한국 싱크탱크는 어떤 역할을 해야 하는가?”</w:t>
      </w:r>
    </w:p>
    <w:p w:rsidR="00E430BF" w:rsidRPr="00E430BF" w:rsidRDefault="0014436B" w:rsidP="00E430BF">
      <w:pPr>
        <w:ind w:firstLine="120"/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__</w:t>
      </w:r>
      <w:r w:rsidR="00473B3F" w:rsidRPr="005F4EAD">
        <w:rPr>
          <w:rFonts w:ascii="나눔고딕OTF" w:eastAsia="나눔고딕OTF" w:hAnsi="나눔고딕OTF"/>
          <w:lang w:eastAsia="ko-KR"/>
        </w:rPr>
        <w:t xml:space="preserve"> </w:t>
      </w:r>
      <w:r w:rsidR="00E430BF">
        <w:rPr>
          <w:rFonts w:ascii="나눔고딕OTF" w:eastAsia="나눔고딕OTF" w:hAnsi="나눔고딕OTF"/>
          <w:lang w:eastAsia="ko-KR"/>
        </w:rPr>
        <w:t>“</w:t>
      </w:r>
      <w:r w:rsidR="007903FF" w:rsidRPr="007903FF">
        <w:rPr>
          <w:rFonts w:ascii="나눔고딕OTF" w:eastAsia="나눔고딕OTF" w:hAnsi="나눔고딕OTF" w:hint="eastAsia"/>
          <w:lang w:eastAsia="ko-KR"/>
        </w:rPr>
        <w:t>미</w:t>
      </w:r>
      <w:r w:rsidR="007903FF" w:rsidRPr="007903FF">
        <w:rPr>
          <w:rFonts w:ascii="나눔고딕OTF" w:eastAsia="나눔고딕OTF" w:hAnsi="나눔고딕OTF"/>
          <w:lang w:eastAsia="ko-KR"/>
        </w:rPr>
        <w:t>-</w:t>
      </w:r>
      <w:r w:rsidR="007903FF" w:rsidRPr="007903FF">
        <w:rPr>
          <w:rFonts w:ascii="나눔고딕OTF" w:eastAsia="나눔고딕OTF" w:hAnsi="나눔고딕OTF" w:hint="eastAsia"/>
          <w:lang w:eastAsia="ko-KR"/>
        </w:rPr>
        <w:t>중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패권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경쟁이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한국에게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주는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가장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큰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안보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과제는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무엇이며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, </w:t>
      </w:r>
      <w:r w:rsidR="007903FF" w:rsidRPr="007903FF">
        <w:rPr>
          <w:rFonts w:ascii="나눔고딕OTF" w:eastAsia="나눔고딕OTF" w:hAnsi="나눔고딕OTF" w:hint="eastAsia"/>
          <w:lang w:eastAsia="ko-KR"/>
        </w:rPr>
        <w:t>어떻게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해결할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수</w:t>
      </w:r>
      <w:r w:rsidR="007903FF" w:rsidRPr="007903FF">
        <w:rPr>
          <w:rFonts w:ascii="나눔고딕OTF" w:eastAsia="나눔고딕OTF" w:hAnsi="나눔고딕OTF"/>
          <w:lang w:eastAsia="ko-KR"/>
        </w:rPr>
        <w:t xml:space="preserve"> </w:t>
      </w:r>
      <w:r w:rsidR="007903FF" w:rsidRPr="007903FF">
        <w:rPr>
          <w:rFonts w:ascii="나눔고딕OTF" w:eastAsia="나눔고딕OTF" w:hAnsi="나눔고딕OTF" w:hint="eastAsia"/>
          <w:lang w:eastAsia="ko-KR"/>
        </w:rPr>
        <w:t>있는가</w:t>
      </w:r>
      <w:r w:rsidR="007903FF" w:rsidRPr="007903FF">
        <w:rPr>
          <w:rFonts w:ascii="나눔고딕OTF" w:eastAsia="나눔고딕OTF" w:hAnsi="나눔고딕OTF"/>
          <w:lang w:eastAsia="ko-KR"/>
        </w:rPr>
        <w:t>?</w:t>
      </w:r>
      <w:r w:rsidR="00E430BF">
        <w:rPr>
          <w:rFonts w:ascii="나눔고딕OTF" w:eastAsia="나눔고딕OTF" w:hAnsi="나눔고딕OTF"/>
          <w:lang w:eastAsia="ko-KR"/>
        </w:rPr>
        <w:t>”</w:t>
      </w:r>
    </w:p>
    <w:p w:rsidR="00E430BF" w:rsidRDefault="00E430BF" w:rsidP="00E430BF">
      <w:pPr>
        <w:ind w:firstLine="120"/>
        <w:rPr>
          <w:rFonts w:ascii="나눔고딕OTF" w:eastAsia="나눔고딕OTF" w:hAnsi="나눔고딕OTF"/>
          <w:lang w:eastAsia="ko-KR"/>
        </w:rPr>
      </w:pPr>
    </w:p>
    <w:p w:rsidR="00992DBF" w:rsidRPr="00E430BF" w:rsidRDefault="00473B3F">
      <w:pPr>
        <w:pStyle w:val="21"/>
        <w:rPr>
          <w:rFonts w:ascii="나눔고딕OTF" w:eastAsia="나눔고딕OTF" w:hAnsi="나눔고딕OTF"/>
          <w:color w:val="002060"/>
          <w:lang w:eastAsia="ko-KR"/>
        </w:rPr>
      </w:pPr>
      <w:r w:rsidRPr="00E430BF">
        <w:rPr>
          <w:rFonts w:ascii="나눔고딕OTF" w:eastAsia="나눔고딕OTF" w:hAnsi="나눔고딕OTF"/>
          <w:color w:val="002060"/>
          <w:lang w:eastAsia="ko-KR"/>
        </w:rPr>
        <w:t>동의 사항</w:t>
      </w:r>
    </w:p>
    <w:p w:rsidR="00992DBF" w:rsidRPr="005F4EAD" w:rsidRDefault="00473B3F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 xml:space="preserve">- </w:t>
      </w:r>
      <w:r w:rsidR="00233FBD" w:rsidRPr="005F4EAD">
        <w:rPr>
          <w:rFonts w:ascii="나눔고딕OTF" w:eastAsia="나눔고딕OTF" w:hAnsi="나눔고딕OTF"/>
          <w:lang w:eastAsia="ko-KR"/>
        </w:rPr>
        <w:t>_</w:t>
      </w:r>
      <w:proofErr w:type="gramStart"/>
      <w:r w:rsidR="00233FBD" w:rsidRPr="005F4EAD">
        <w:rPr>
          <w:rFonts w:ascii="나눔고딕OTF" w:eastAsia="나눔고딕OTF" w:hAnsi="나눔고딕OTF"/>
          <w:lang w:eastAsia="ko-KR"/>
        </w:rPr>
        <w:t>_</w:t>
      </w:r>
      <w:r w:rsidR="00566A1D">
        <w:rPr>
          <w:rFonts w:ascii="나눔고딕OTF" w:eastAsia="나눔고딕OTF" w:hAnsi="나눔고딕OTF"/>
          <w:lang w:eastAsia="ko-KR"/>
        </w:rPr>
        <w:t xml:space="preserve"> </w:t>
      </w:r>
      <w:r w:rsidR="00DF6C19">
        <w:rPr>
          <w:rFonts w:ascii="나눔고딕OTF" w:eastAsia="나눔고딕OTF" w:hAnsi="나눔고딕OTF"/>
          <w:lang w:eastAsia="ko-KR"/>
        </w:rPr>
        <w:t xml:space="preserve"> </w:t>
      </w:r>
      <w:r w:rsidRPr="005F4EAD">
        <w:rPr>
          <w:rFonts w:ascii="나눔고딕OTF" w:eastAsia="나눔고딕OTF" w:hAnsi="나눔고딕OTF"/>
          <w:lang w:eastAsia="ko-KR"/>
        </w:rPr>
        <w:t>본인은</w:t>
      </w:r>
      <w:proofErr w:type="gramEnd"/>
      <w:r w:rsidRPr="005F4EAD">
        <w:rPr>
          <w:rFonts w:ascii="나눔고딕OTF" w:eastAsia="나눔고딕OTF" w:hAnsi="나눔고딕OTF"/>
          <w:lang w:eastAsia="ko-KR"/>
        </w:rPr>
        <w:t xml:space="preserve"> 제출 자료가 본인의 </w:t>
      </w:r>
      <w:proofErr w:type="spellStart"/>
      <w:r w:rsidRPr="005F4EAD">
        <w:rPr>
          <w:rFonts w:ascii="나눔고딕OTF" w:eastAsia="나눔고딕OTF" w:hAnsi="나눔고딕OTF"/>
          <w:lang w:eastAsia="ko-KR"/>
        </w:rPr>
        <w:t>창작물임을</w:t>
      </w:r>
      <w:proofErr w:type="spellEnd"/>
      <w:r w:rsidRPr="005F4EAD">
        <w:rPr>
          <w:rFonts w:ascii="나눔고딕OTF" w:eastAsia="나눔고딕OTF" w:hAnsi="나눔고딕OTF"/>
          <w:lang w:eastAsia="ko-KR"/>
        </w:rPr>
        <w:t xml:space="preserve"> 확인하며, 공모전 규정을 준수할 것을 동의합니다.</w:t>
      </w:r>
    </w:p>
    <w:p w:rsidR="00566A1D" w:rsidRDefault="00473B3F" w:rsidP="00F42819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 xml:space="preserve">- </w:t>
      </w:r>
      <w:r w:rsidR="00233FBD" w:rsidRPr="005F4EAD">
        <w:rPr>
          <w:rFonts w:ascii="나눔고딕OTF" w:eastAsia="나눔고딕OTF" w:hAnsi="나눔고딕OTF"/>
          <w:lang w:eastAsia="ko-KR"/>
        </w:rPr>
        <w:t>_</w:t>
      </w:r>
      <w:proofErr w:type="gramStart"/>
      <w:r w:rsidR="00233FBD" w:rsidRPr="005F4EAD">
        <w:rPr>
          <w:rFonts w:ascii="나눔고딕OTF" w:eastAsia="나눔고딕OTF" w:hAnsi="나눔고딕OTF"/>
          <w:lang w:eastAsia="ko-KR"/>
        </w:rPr>
        <w:t>_</w:t>
      </w:r>
      <w:r w:rsidR="00566A1D">
        <w:rPr>
          <w:rFonts w:ascii="나눔고딕OTF" w:eastAsia="나눔고딕OTF" w:hAnsi="나눔고딕OTF"/>
          <w:lang w:eastAsia="ko-KR"/>
        </w:rPr>
        <w:t xml:space="preserve"> </w:t>
      </w:r>
      <w:r w:rsidR="00DF6C19">
        <w:rPr>
          <w:rFonts w:ascii="나눔고딕OTF" w:eastAsia="나눔고딕OTF" w:hAnsi="나눔고딕OTF"/>
          <w:lang w:eastAsia="ko-KR"/>
        </w:rPr>
        <w:t xml:space="preserve"> </w:t>
      </w:r>
      <w:r w:rsidRPr="005F4EAD">
        <w:rPr>
          <w:rFonts w:ascii="나눔고딕OTF" w:eastAsia="나눔고딕OTF" w:hAnsi="나눔고딕OTF"/>
          <w:lang w:eastAsia="ko-KR"/>
        </w:rPr>
        <w:t>제출</w:t>
      </w:r>
      <w:proofErr w:type="gramEnd"/>
      <w:r w:rsidRPr="005F4EAD">
        <w:rPr>
          <w:rFonts w:ascii="나눔고딕OTF" w:eastAsia="나눔고딕OTF" w:hAnsi="나눔고딕OTF"/>
          <w:lang w:eastAsia="ko-KR"/>
        </w:rPr>
        <w:t xml:space="preserve"> 자료는 </w:t>
      </w:r>
      <w:proofErr w:type="spellStart"/>
      <w:r w:rsidRPr="005F4EAD">
        <w:rPr>
          <w:rFonts w:ascii="나눔고딕OTF" w:eastAsia="나눔고딕OTF" w:hAnsi="나눔고딕OTF"/>
          <w:lang w:eastAsia="ko-KR"/>
        </w:rPr>
        <w:t>태재미래전략연구원의</w:t>
      </w:r>
      <w:proofErr w:type="spellEnd"/>
      <w:r w:rsidRPr="005F4EAD">
        <w:rPr>
          <w:rFonts w:ascii="나눔고딕OTF" w:eastAsia="나눔고딕OTF" w:hAnsi="나눔고딕OTF"/>
          <w:lang w:eastAsia="ko-KR"/>
        </w:rPr>
        <w:t xml:space="preserve"> 연구 및 홍보 목적으로 활용될 수 </w:t>
      </w:r>
      <w:r w:rsidR="00AC622B">
        <w:rPr>
          <w:rFonts w:ascii="나눔고딕OTF" w:eastAsia="나눔고딕OTF" w:hAnsi="나눔고딕OTF"/>
          <w:lang w:eastAsia="ko-KR"/>
        </w:rPr>
        <w:t>있음</w:t>
      </w:r>
      <w:r w:rsidR="00AC622B">
        <w:rPr>
          <w:rFonts w:ascii="나눔고딕OTF" w:eastAsia="나눔고딕OTF" w:hAnsi="나눔고딕OTF" w:hint="eastAsia"/>
          <w:lang w:eastAsia="ko-KR"/>
        </w:rPr>
        <w:t>에</w:t>
      </w:r>
      <w:r w:rsidRPr="005F4EAD">
        <w:rPr>
          <w:rFonts w:ascii="나눔고딕OTF" w:eastAsia="나눔고딕OTF" w:hAnsi="나눔고딕OTF"/>
          <w:lang w:eastAsia="ko-KR"/>
        </w:rPr>
        <w:t xml:space="preserve"> 동의합니다.</w:t>
      </w:r>
    </w:p>
    <w:p w:rsidR="00F42819" w:rsidRPr="00F42819" w:rsidRDefault="00F42819" w:rsidP="00F42819">
      <w:pPr>
        <w:rPr>
          <w:rFonts w:ascii="나눔고딕OTF" w:eastAsia="나눔고딕OTF" w:hAnsi="나눔고딕OTF" w:hint="eastAsia"/>
          <w:lang w:eastAsia="ko-KR"/>
        </w:rPr>
      </w:pPr>
    </w:p>
    <w:p w:rsidR="00566A1D" w:rsidRPr="00E430BF" w:rsidRDefault="00566A1D" w:rsidP="00566A1D">
      <w:pPr>
        <w:pStyle w:val="21"/>
        <w:rPr>
          <w:rFonts w:ascii="나눔고딕OTF" w:eastAsia="나눔고딕OTF" w:hAnsi="나눔고딕OTF"/>
          <w:color w:val="002060"/>
          <w:lang w:eastAsia="ko-KR"/>
        </w:rPr>
      </w:pPr>
      <w:r w:rsidRPr="00E430BF">
        <w:rPr>
          <w:rFonts w:ascii="나눔고딕OTF" w:eastAsia="나눔고딕OTF" w:hAnsi="나눔고딕OTF"/>
          <w:color w:val="002060"/>
          <w:lang w:eastAsia="ko-KR"/>
        </w:rPr>
        <w:t>제출 및 문의처</w:t>
      </w:r>
    </w:p>
    <w:p w:rsidR="00566A1D" w:rsidRPr="005F4EAD" w:rsidRDefault="00566A1D" w:rsidP="00566A1D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- 이메일: proposal@fcinst.org</w:t>
      </w:r>
    </w:p>
    <w:p w:rsidR="00566A1D" w:rsidRPr="005F4EAD" w:rsidRDefault="00566A1D" w:rsidP="00566A1D">
      <w:pPr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- 접수 마감: 202</w:t>
      </w:r>
      <w:r>
        <w:rPr>
          <w:rFonts w:ascii="나눔고딕OTF" w:eastAsia="나눔고딕OTF" w:hAnsi="나눔고딕OTF"/>
          <w:lang w:eastAsia="ko-KR"/>
        </w:rPr>
        <w:t>5</w:t>
      </w:r>
      <w:r w:rsidRPr="005F4EAD">
        <w:rPr>
          <w:rFonts w:ascii="나눔고딕OTF" w:eastAsia="나눔고딕OTF" w:hAnsi="나눔고딕OTF"/>
          <w:lang w:eastAsia="ko-KR"/>
        </w:rPr>
        <w:t xml:space="preserve">년 </w:t>
      </w:r>
      <w:r w:rsidR="00CB67C1">
        <w:rPr>
          <w:rFonts w:ascii="나눔고딕OTF" w:eastAsia="나눔고딕OTF" w:hAnsi="나눔고딕OTF"/>
          <w:lang w:eastAsia="ko-KR"/>
        </w:rPr>
        <w:t>2</w:t>
      </w:r>
      <w:r w:rsidRPr="005F4EAD">
        <w:rPr>
          <w:rFonts w:ascii="나눔고딕OTF" w:eastAsia="나눔고딕OTF" w:hAnsi="나눔고딕OTF"/>
          <w:lang w:eastAsia="ko-KR"/>
        </w:rPr>
        <w:t xml:space="preserve">월 </w:t>
      </w:r>
      <w:r w:rsidR="00CB67C1">
        <w:rPr>
          <w:rFonts w:ascii="나눔고딕OTF" w:eastAsia="나눔고딕OTF" w:hAnsi="나눔고딕OTF"/>
          <w:lang w:eastAsia="ko-KR"/>
        </w:rPr>
        <w:t>28</w:t>
      </w:r>
      <w:r w:rsidRPr="005F4EAD">
        <w:rPr>
          <w:rFonts w:ascii="나눔고딕OTF" w:eastAsia="나눔고딕OTF" w:hAnsi="나눔고딕OTF"/>
          <w:lang w:eastAsia="ko-KR"/>
        </w:rPr>
        <w:t>일</w:t>
      </w:r>
      <w:r w:rsidR="00CB67C1">
        <w:rPr>
          <w:rFonts w:ascii="나눔고딕OTF" w:eastAsia="나눔고딕OTF" w:hAnsi="나눔고딕OTF" w:hint="eastAsia"/>
          <w:lang w:eastAsia="ko-KR"/>
        </w:rPr>
        <w:t xml:space="preserve"> 금요</w:t>
      </w:r>
      <w:r w:rsidR="00547C3B">
        <w:rPr>
          <w:rFonts w:ascii="나눔고딕OTF" w:eastAsia="나눔고딕OTF" w:hAnsi="나눔고딕OTF" w:hint="eastAsia"/>
          <w:lang w:eastAsia="ko-KR"/>
        </w:rPr>
        <w:t xml:space="preserve">일 오후 </w:t>
      </w:r>
      <w:r w:rsidR="00547C3B">
        <w:rPr>
          <w:rFonts w:ascii="나눔고딕OTF" w:eastAsia="나눔고딕OTF" w:hAnsi="나눔고딕OTF"/>
          <w:lang w:eastAsia="ko-KR"/>
        </w:rPr>
        <w:t>6</w:t>
      </w:r>
      <w:r w:rsidR="00547C3B">
        <w:rPr>
          <w:rFonts w:ascii="나눔고딕OTF" w:eastAsia="나눔고딕OTF" w:hAnsi="나눔고딕OTF" w:hint="eastAsia"/>
          <w:lang w:eastAsia="ko-KR"/>
        </w:rPr>
        <w:t>시</w:t>
      </w:r>
    </w:p>
    <w:p w:rsidR="00E430BF" w:rsidRDefault="00E430BF" w:rsidP="00E430BF">
      <w:pPr>
        <w:jc w:val="center"/>
        <w:rPr>
          <w:rFonts w:ascii="나눔고딕OTF" w:eastAsia="나눔고딕OTF" w:hAnsi="나눔고딕OTF"/>
          <w:lang w:eastAsia="ko-KR"/>
        </w:rPr>
      </w:pPr>
    </w:p>
    <w:p w:rsidR="00E430BF" w:rsidRPr="005F4EAD" w:rsidRDefault="0014436B" w:rsidP="00E430BF">
      <w:pPr>
        <w:jc w:val="center"/>
        <w:rPr>
          <w:rFonts w:ascii="나눔고딕OTF" w:eastAsia="나눔고딕OTF" w:hAnsi="나눔고딕OTF"/>
          <w:lang w:eastAsia="ko-KR"/>
        </w:rPr>
      </w:pPr>
      <w:r>
        <w:rPr>
          <w:rFonts w:ascii="나눔고딕OTF" w:eastAsia="나눔고딕OTF" w:hAnsi="나눔고딕OTF"/>
          <w:lang w:eastAsia="ko-KR"/>
        </w:rPr>
        <w:t>2025</w:t>
      </w:r>
      <w:r w:rsidR="00473B3F" w:rsidRPr="005F4EAD">
        <w:rPr>
          <w:rFonts w:ascii="나눔고딕OTF" w:eastAsia="나눔고딕OTF" w:hAnsi="나눔고딕OTF"/>
          <w:lang w:eastAsia="ko-KR"/>
        </w:rPr>
        <w:t>년 ___월 ___일</w:t>
      </w:r>
    </w:p>
    <w:p w:rsidR="00566A1D" w:rsidRPr="005F4EAD" w:rsidRDefault="00473B3F" w:rsidP="00566A1D">
      <w:pPr>
        <w:jc w:val="center"/>
        <w:rPr>
          <w:rFonts w:ascii="나눔고딕OTF" w:eastAsia="나눔고딕OTF" w:hAnsi="나눔고딕OTF"/>
          <w:lang w:eastAsia="ko-KR"/>
        </w:rPr>
      </w:pPr>
      <w:r w:rsidRPr="005F4EAD">
        <w:rPr>
          <w:rFonts w:ascii="나눔고딕OTF" w:eastAsia="나눔고딕OTF" w:hAnsi="나눔고딕OTF"/>
          <w:lang w:eastAsia="ko-KR"/>
        </w:rPr>
        <w:t>신청자 성명: ______________________ (서명)</w:t>
      </w:r>
    </w:p>
    <w:sectPr w:rsidR="00566A1D" w:rsidRPr="005F4EAD" w:rsidSect="00566A1D">
      <w:head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051" w:rsidRDefault="00F74051" w:rsidP="001B6F94">
      <w:pPr>
        <w:spacing w:after="0" w:line="240" w:lineRule="auto"/>
      </w:pPr>
      <w:r>
        <w:separator/>
      </w:r>
    </w:p>
  </w:endnote>
  <w:endnote w:type="continuationSeparator" w:id="0">
    <w:p w:rsidR="00F74051" w:rsidRDefault="00F74051" w:rsidP="001B6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나눔고딕OTF">
    <w:panose1 w:val="020D0604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051" w:rsidRDefault="00F74051" w:rsidP="001B6F94">
      <w:pPr>
        <w:spacing w:after="0" w:line="240" w:lineRule="auto"/>
      </w:pPr>
      <w:r>
        <w:separator/>
      </w:r>
    </w:p>
  </w:footnote>
  <w:footnote w:type="continuationSeparator" w:id="0">
    <w:p w:rsidR="00F74051" w:rsidRDefault="00F74051" w:rsidP="001B6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819" w:rsidRDefault="00F42819" w:rsidP="00F42819">
    <w:pPr>
      <w:pStyle w:val="a5"/>
      <w:jc w:val="right"/>
    </w:pPr>
    <w:r>
      <w:rPr>
        <w:noProof/>
        <w:lang w:eastAsia="ko-KR"/>
      </w:rPr>
      <w:drawing>
        <wp:inline distT="0" distB="0" distL="0" distR="0">
          <wp:extent cx="1381125" cy="355619"/>
          <wp:effectExtent l="0" t="0" r="0" b="635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태재미래전략연구원_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3714" cy="361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2819" w:rsidRDefault="00F4281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436B"/>
    <w:rsid w:val="0015074B"/>
    <w:rsid w:val="001B6F94"/>
    <w:rsid w:val="00233FBD"/>
    <w:rsid w:val="0029639D"/>
    <w:rsid w:val="00326F90"/>
    <w:rsid w:val="003B0AEC"/>
    <w:rsid w:val="00473B3F"/>
    <w:rsid w:val="00547C3B"/>
    <w:rsid w:val="00566A1D"/>
    <w:rsid w:val="005B27D8"/>
    <w:rsid w:val="005B3002"/>
    <w:rsid w:val="005F4EAD"/>
    <w:rsid w:val="007903FF"/>
    <w:rsid w:val="00992DBF"/>
    <w:rsid w:val="00AA1D8D"/>
    <w:rsid w:val="00AC622B"/>
    <w:rsid w:val="00B47730"/>
    <w:rsid w:val="00CB0664"/>
    <w:rsid w:val="00CB67C1"/>
    <w:rsid w:val="00CD060B"/>
    <w:rsid w:val="00D776B0"/>
    <w:rsid w:val="00DD6EAB"/>
    <w:rsid w:val="00DF6C19"/>
    <w:rsid w:val="00E430BF"/>
    <w:rsid w:val="00F42819"/>
    <w:rsid w:val="00F74051"/>
    <w:rsid w:val="00F75B88"/>
    <w:rsid w:val="00FC693F"/>
    <w:rsid w:val="00FD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FF3DEC"/>
  <w14:defaultImageDpi w14:val="300"/>
  <w15:docId w15:val="{EA456E9F-82B0-44E0-B49F-E727067F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CB6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CB67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1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B3B4DD-F6A4-4D7C-BA2A-49E49C7B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taejae</cp:lastModifiedBy>
  <cp:revision>9</cp:revision>
  <cp:lastPrinted>2025-01-06T01:20:00Z</cp:lastPrinted>
  <dcterms:created xsi:type="dcterms:W3CDTF">2025-01-03T03:03:00Z</dcterms:created>
  <dcterms:modified xsi:type="dcterms:W3CDTF">2025-01-06T06:21:00Z</dcterms:modified>
  <cp:category/>
</cp:coreProperties>
</file>